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2358: A+B 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蓝桥等考 C++组编程题样题（十八级）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【具体要求】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一张白纸上被调皮的小蓝写上了若干个整数数字，你需要快速的算出这些数字之和是多少。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输入若干行，每行有若干个整数数字。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输出所有输入整数数字之和。(-263≤数字和≤263-1)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1 2 3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4 5 6 7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-8 -9 -10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注意是任意行数，任意列数！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【评分标准】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本题共有五组测试数据，每通过一组测试数据得 10 分，满分 50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蓝桥等考 C++组单选题样题（十八级）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以下描述错误的选项为（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函数 sscanf()从字符串读取格式化输入数据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 getchar()函数单次只能读取单个字符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用 C++输入输出流比 C 语言标准输入/输出库函数效率低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D 字符串流 stringstream 对应的头文件是 cstream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【答案】D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【解析】字符串流 stringstream 对应的头文件是 sstream，而不是 cstream。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