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2355: 进制转换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2355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蓝桥杯等级考试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438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蓝桥等考 C++组编程题样题（十五级）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【具体要求】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输入一个二进制数（位数最长不超过 15 位），将其转换成八进制后输出。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输入一个二进制数。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输出一个八进制数。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本题共有五组测试数据，每通过一组测试数据得 10 分，满分 50 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蓝桥等考 C++组单选题样题（十五级）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以下进制数字中，选项的值与其它三项不同的是（ 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A 10111(2)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B 23(10)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C 27(8)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D 18(16)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【答案】D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【解析】选项 A、B、C 转成十进制都是 23，选项 D 转成十进制为 24。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