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2350: 奇偶判断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2350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蓝桥杯等级考试数组问题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962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蓝桥等考 C++组编程题样题（十级）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【具体要求】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在键盘中输入 n 个正整数 a_1, a_2, a_3, ... a_n （0 ≤ a_i ≤ 100)，判断每个正整数是奇数还是偶数，如果是奇数则用 1 表示，如果是偶数则用 0 表示，N 个正整数判断后从最后一位开始倒置输出结果。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输入共两行，第一行输入一个正整数 n （1 &lt; n ≤ 100）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倒置输出每个正整数的奇偶性，奇数用 1 表示，偶数用 0 表示，数字之间用空格隔开。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6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1 2 3 4 5 6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0 1 0 1 0 1</w:t>
      </w:r>
    </w:p>
    <w:p>
      <w:pPr>
        <w:pStyle w:val="Heading1"/>
      </w:pPr>
      <w:r>
        <w:t>提示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本题共有五组测试数据，每通过一组测试数据得 10 分，满分 50 分。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蓝桥等考 C++组单选题样题（十级）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定义一个整型数组 a，数组大小为 100。以下关于数组 a 的使用，错误的一项为（ ）。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A a[0] = 0;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B a[99] = 99;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C a['a'] = 'a';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D a[100] = 100;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【答案】D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【解析】一维数组以 0 作为它们第一个元素的索引，也被称为基索引，数组的最后一个索引是数组的总长度减去一，所以这里取不到 a[100]，选项 C 等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价于 a[97] = 97。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