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2337: 字符串匹配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哈希KMP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POJ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 2 个仅包含大写字母的字符串 s_1,s_2，求出 s_1 在 s_2 中出现的次数。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例如：s_1="ABA"，s_2="ABABA"，输出为：2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 T 组数据（ T≤20 ），对每组数据输出结果。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测试数据保证：s_1 的长度≤10^4 ，s_2 的长度≤10^6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输入的第一行包含一个整数 T ，表示测试数据的有多少组。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对于每组数据，先输入一行仅包含大写英文字母的字符串 s_1，再输入一行仅包含大写英文字母的字符串 s_2。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T 行，每行一个整数，代表每组数据的计算结果。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BAPC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BAPC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AZA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AZAZAZA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VERDI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AVERDXIVYERDIAN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