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2326: TT 植树（tree）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2326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区赛区间问题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436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2018 年武进区第 11 届程序设计比赛试题-小学组 T5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TT 学校大门外长度为 L 的马路上有一排树，每两棵相邻的树之间的间隔都是 1 米。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我们可以把马路看成一个数轴，马路的一端在数轴 0 的位置，另一端在 L 的位置；数轴上的每个整数点，即 0,1,2,⋯ ,L，都种有一棵树。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由于马路上有一些区域要用来建地铁。这些区域用它们在数轴上的起始点和终止点表示。已知任一区域的起始点和终止点的坐标都是整数，区域之间可能有重合的部分。现在要把这些区域中的树（包括区域端点处的两棵树）移走。你的任务是帮 TT 计算将这些树都移走后，马路上还有多少棵树。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第一行有两个整数 L（1 ≤ L ≤ 1000000000）和 M（1 ≤ M ≤ 500000），L 代表马路的长度，M 代表区域的数目，L 和 M 之间用一个空格隔开。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接下来的 M 行每行包含两个不同的整数，用一个空格隔开，表示一个区域的起始点 a_i 和终止点的坐标 b_i。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提示：请注意仔细阅读本题的数据范围。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一行，这一行只包含一个整数，表示马路上剩余的树的数目。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500 3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150 300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100 200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470 471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298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【数据范围】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45% 的数据 L≤10000，M≤100， 其中 15% 的数据 M 个区间两两不交叉和包含。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100% 的数据 1 ≤ L ≤ 1000000000，1≤M≤500000，0≤a_i≤b_i≤L。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