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2312: 数对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2312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电子学会等级考试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194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电子学会三级 202106真题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给定2到15个不同的正整数，你的任务是计算这些数里面有多少个数对满足：数对中一个数是另一个数的两倍。 比如给定1 4 3 2 9 7 18 22，得到的答案是3，因为2是1的两倍，4是2的两倍，18是9的两倍。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一行，给出2到15个两两不同且小于100的正整数。最后用0表示输入结束。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一个整数，即有多少个数对满足其中一个数是另一个数的两倍。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1 4 3 2 9 7 18 22 0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