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2305: 踩方格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 202103真题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有一个方格矩阵，矩阵边界在无穷远处。我们做如下假设：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a.每走一步时，只能从当前方格移动一格，走到某个相邻的方格上；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b.走过的格子立即塌陷无法再走第二次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c.只能向北、东、西三个方向走；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请问：如果允许在方格矩阵上走n步，共有多少种不同方案。2种走法只要有一步不一样，即被认为是不同方案。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允许在方格上行走的步数n（n&lt;=20）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计算出的方案数量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