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2304: Minecraft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Minecraft是一个几乎无所不能的沙盒世界，玩家可以利用游戏内的各种资源进行创造，搭建自己的世界。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Minecraft中，基本的建筑元素是边长为1个单位的立方体，小明想用N个这种小立方体搭建一个长方体，并用他珍藏已久的贴纸对其进行装饰。如果一张贴纸可以贴满小立方体的一个面。那么，他需要用掉多少张贴纸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一个整数N，表示小明所拥有的小立方体的个数。N不会超过1000。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一个整数。即小明最少用掉的贴纸有多少张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