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2300: 奇数求和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2300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电子学会等级考试简单循环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4082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电子学会一级 202103真题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计算非负整数 m 到 n （包括 m 和 n ）之间的所有奇数的和，其中，m 不大于 n ，且 n 不大于 300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例如 m=3,n=12 ,其和则为： 3+5+7+9+11=35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两个数 m 和 n ，两个数以一个空格分开，其中( 0 ≤ m ≤ n ≤ 300)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输出一行，包含一个整数，表示 m 到 n （包括 m 和n ）之间的所有奇数的和。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7 15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55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