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2299: 苹果和虫子2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你买了一箱 n 个苹果，很不幸的是买完时箱子里混进了一条虫子。虫子每 x 小时能吃掉一个苹果，假设虫子在吃完一个苹果之前不会吃另一个，那么经过 y 小时你还有多少个完整的苹果？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输入仅一行，包括 n，x 和 y （均为整数）。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输出也仅一行，剩下的苹果个数。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10 4 9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注意：是要求完整的苹果数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