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2298: 硬币翻转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假设有 N 个硬币(N为不大于5000的正整数)，从1到N按顺序依次编号，初始时全部处于正面向上的状态；有M个人(M为不大于N的正整数)也从1到M依次编号。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人（1号）将硬币全部翻转一次，第二个人（2号）将编号为2的倍数的硬币翻转一次，第三个人（3号）将编号为3的倍数的硬币翻转一次。依照编号递增顺序，以后的人都和3号一样，将凡是自己编号倍数的硬币翻转一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请问：当第M个人操作之后，哪些硬币是正面向上的，按从小到大输出其编号，以空格分开。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输入正整数N和M，以单个空格隔开。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顺次输出正面向上的硬币的编号，其间用空格间隔。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2 3 5 6 7 8 10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