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2297: 特殊求和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如果一个数能够被 7 整除或者十进制表示中含有数字 7 ，那么我们称这个数为幻数，比如 17 ， 21 ， 73 是幻数，而 6，59 不是。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 N ，求出 1 ∼ N 中所有幻数的和。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N（1 &lt; N &lt; 10000）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 1 ∼ N 中所有幻数的和。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