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2294: 数的输入和输出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输入一个整数和双精度浮点数，先将浮点数保留 2 位小数输出，然后输出整数。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一行两个数，分别为整数 N （不超过整型范围），双精度浮点数 F ，以一个空格分开。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一行两个数，分别为保留 2 位小数输出的 F ,以及整数N ，以一个空格分开。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100 123.456789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123.46 100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