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2290: 满足条件的数的累加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202109真题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 n 个整数，将其中个位数为 k 的数进行累加求和。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n、k ，以空格分隔。（ 0 &lt; n &lt; 1000，0 ≤ k ≤ 9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个非负整数，以空格分隔，每个数不大于 100000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输出满足题目要求的累加和。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2 5 7 17 11 18 4 27 1 7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