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2289: 数字判断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电子学会等级考试字符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2602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 202109真题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输入一个字符，如果输入的字符是数字，输出yes，否则输出no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如果输入的字符是数字，输出yes，否则输出no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