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2286: 统一文件名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小A在命名文件的时候经常不注意大小写，格式比较混乱。现要求你写一个程序将目录下的文件统一规范的格式，即文件名的第一个字符如果是字母要大写，其他字母小写。如将 Test、test 整理成 Test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第一行一个数字 n ，表示有 n 个文件名要统一，n 不超过 100 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行，每行一个单词，长度不超过 20，表示文件的名字。文件名由字母、数字和-组成。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行，每行一个单词，对应统一后的文件名。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Test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data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2-TEST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problem-6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Test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Data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2-test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Problem-6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