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2284: 计算好数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若将一个正整数化为二进制数，在此二进制数中，我们将数字1的个数多于数字 0 的个数的这类二进制数称为好数。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(13)10 = (1101)2，其中 1 的个数为 3 ， 0 的个数为 1 ，则此数是好数；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(10)10 = (1010)2 ，其中 1 的个数为 2 ， 0 的个数也为 2 ，则此数不是好数；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(24)10 = (11000)2 ，其中 1 的个数为 2 ， 0 的个数为 3 ，则此数不是好数；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 N ,写程序求出 1∼ N 之中（包括 1 与 N ）中的好数个数。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一个整数，题目中的 N (N ≤ 1000)。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 1∼ N 之中（包括 1 与 N ）中的好数个数。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