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2279: 数字变换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给定一个包含 5 个数字（0 ∼ 9）的字符串，例如 02943 ，请将 12345 变换到它。 你可以采取 3 种操作进行变换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交换相邻的两个数字。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将一个数字加 1 。如果加 1 后大于 9 ，则变为 0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将一个数字加倍。如果加倍后大于 9 ,则将其变为加倍后的结果除以 10 的余数。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最多只能用第 2 种操作 3 次，第 3 种操作 2 次 求最少经过多少次操作可以完成变换。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有最多 100000 组数据，每组数据就是包含 5 个数字的字符串。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对每组数据，输出将 12345 变换到给定字符串所需要的最少操作步数。如果无法变换成功，输出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12435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99999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12374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由于测试数据太多，如果对每组数据都从头进行搜索，就会超时。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建议先做预处理，即以 12345 作为初始状态做一遍彻底的广搜，找出 12345 经合法变换能够到达的所有字符串，并记录到达这些字符串各需要多少步操作。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然后对读入的每组数据，在上述预处理记录的结果中进行查询即可。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