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2278: 圣诞老人的礼物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电子学会五级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圣诞节来临了，在城市A中圣诞老人准备分发糖果，现在有多箱不同的糖果，每箱糖果有自己的价值和重量，每箱糖果都可以拆分成任意散装组合带走。圣诞老人的驯鹿最多只能承受一定重量的糖果，请问圣诞老人最多能带走多大价值的糖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第一行由两个部分组成，分别为糖果箱数正整数n(1 &lt;= n &lt;= 100)，驯鹿能承受的最大重量正整数w（0 &lt; w &lt; 10000），两个数用空格隔开。其余n行每行对应一箱糖果，由两部分组成，分别为一箱糖果的价值正整数v和重量正整数w，中间用空格隔开。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输出圣诞老人能带走的糖果的最大总价值，保留1位小数。输出为一行，以换行符结束。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412 8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266 7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591 2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1193.0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