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2277: 忍者道具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电子学会五级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忍者道具有很多种，苦无，飞镖，震爆弹。L君热衷于收集忍者道具，现在他有N个道具，每个道具的重量分别是C1、C2…CN。现在他想把这N个道具装到载重量为W的工具包里，请问他最少需要多少个工具包？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第一行包含两个用空格隔开的整数，N和W。 接下来N行每行一个整数，其中第i+1行的整数表示第i个道具的重量Ci。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输出一个整数，最少需要多少个工具包。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5 1996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1994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对于100%的数据，1&lt;=N&lt;=18，1&lt;=Ci&lt;=W&lt;=10^8。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