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2276: 求逆序对问题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电子学会五级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个数的序列 a_1,a_2, ⋯ ,a_N ，定义一个数对 (a_i, a_j) 为 “重要逆序对” 的充要条件为 i &lt; j  且 a_i &gt; 2 × a_j。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求给定序列中“重要逆序对”的个数。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本题有多个测试点，每个测试点分为两行：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第一行为序列中数字的个数 N（1 ≤ N ≤ 200000）；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第二行为序列 a_1, a_2, ⋯ , a_N (0 ≤a_i≤ 10000000 )，由空格分开。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N=0 表示输入结束。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每个测试点一行，输出一个整数，为给序列中“重要逆序对”的个数。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0 9 8 7 6 5 4 3 2 1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请注意答案范围，如果使用 printf 输出 long long 类型，请用 %lld。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