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2272: 生日相同 2.0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在一个有180人的大班级中，存在两个人生日相同的概率非常大，现给出每个学生的名字，出生月日。试找出所有生日相同的学生。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第一行为整数n，表示有n个学生，n ≤ 180。此后每行包含一个字符串和两个整数，分别表示学生的名字（名字第一个字母大写，其余小写，不含空格，且长度小于20）和出生月(1 ≤ m ≤ 12)日(1 ≤ d ≤ 31)。名字、月、日之间用一个空格分隔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每组生日相同的学生，输出一行，其中前两个数字表示月和日，后面跟着所有在当天出生的学生的名字，数字、名字之间都用一个空格分隔。对所有的输出，要求按日期从前到后的顺序输出。 对生日相同的名字，按名字从短到长按序输出，长度相同的按字典序输出。如没有生日相同的学生，输出”None”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Avril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Candy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Tim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Sufia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Lagrange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Bill 3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Tim Bill Avril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Candy Sufia Lagrange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