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2271: 括号画家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ndela是一名漫画家，她有一个奇特的爱好，就是在纸上画括号。这一天，刚刚起床的Candela画了一排括号序列，其中包含小括号()、中括号[]和大括号{}，总长度为N。这排随意绘制的括号序列显得杂乱无章，于是Candela定义了什么样的括号序列是美观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(1) 空的括号序列是美观的；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(2) 若括号序列A是美观的，则括号序列(A)、[A]、{A}也是美观的；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(3) 若括号序列A、B都是美观的，则括号序列AB也是美观的；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(){} 是美观的括号序列，而 )({)[}]( 则不是。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现在Candela想知道她画出的括号序列是不是美观的。你能帮帮她吗？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一个括号序列，长度不超过10000。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如果它是美观的，输出Yes，否则输出No。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{}[(){}]()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