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2268: 求逆序对数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电子学会等级考试树状数组归并排序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对于一个长度为 N 的整数序列 A，满足 i &lt; j 且 A_i &gt; A_j 的数对 (i,j) 称为整数序列 A 的一个逆序对；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请求出整数序列 A 的所有逆序对个数。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输入包含多组测试数据，每组测试数据有两行。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 N(1 ≤ N ≤ 20000)，当输入 0 时结束。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个整数，表示长为 N 的整数序列。（这 N 个数在 [-10^9, 10^9]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每组数据对应一行，输出逆序对的个数。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