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2267: 密室逃脱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2267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电子学会五级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Y喜欢玩密室逃脱，每次游戏开始时，小Y会进入一个密室，她需要按照顺序解开各个隐藏线索才能成功逃脱密室。小Y非常聪明，解开线索对她来说并不难，但是她有一点懒，她希望在通关过程中移动次数最少。请你帮小Y计算她至少要移动多少次才能成功通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密室是 m 行 n 列的格子矩阵，小Y从左上角 (1,1) 进入密室，密室中有三种格子: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墙，以数字 0 标记；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路，以数字 1 标记；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隐藏线索处，以数字(&gt; 1)标记, 代表该线索的难度。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小Y需要按照难度递增的顺序解开各个线索，逃脱密室。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第一行是一个整数 T（1 ≤ T ≤ 3），表示输入包含 T 组数据，分别是不同的游戏中小Y所处的密室。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对于每组数据，第一行包括两个整数：m（1 ≤ m ≤ 100）、n（1 ≤ n ≤ 100）。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 m 行，每行有 n 个数字，第 i 行的第 j 个数字表示密室中第 i 行第 j 列的格子的类型。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题目保证进入密室处 (1,1) 不是墙壁，线索的难度都不相同。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对于每组数据，你需要输出一个整数，表示小Y在这个密室中至少要移动多少次才能成功通关。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如果小Y不可能解开所有线索，输出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1 0 4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10 6 5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10 6 5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由于需要按难度顺序解开线索，在第一组数据中，小 Y 第一次移动到 3 时不能解密，在完成 2 之后需要回到 3。最后小 Y 解开 10 时，她成功通关。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