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2263: 大盗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653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电子学会等级考试四级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阿福是一名经验丰富的大盗。趁着月黑风高，阿福打算今晚洗劫一条街上的店铺。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这条街上一共有 N 家店铺，每家店中都有一些现金。阿福事先调查得知，只有当他同时洗劫了两家相邻的店铺时，街上的报警系统才会启动，然后警察就会蜂拥而至。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作为一向谨慎作案的大盗，阿福不愿意冒着被警察追捕的风险行窃。他想知道，在不惊动警察的情况下，他今晚最多可以得到多少现金？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输入的第一行是一个整数 T (T ≤ 50) ，表示一共有 T 组数据。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接下来的每组数据，第一行是一个整数 N (1 ≤ N ≤ 10^5) ，表示一共有 N 家店铺。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 N 个被空格分开的正整数，表示每一家店铺中的现金数量。每家店铺中的现金数量均不超过 1000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对于每组数据，输出一行。该行包含一个整数，表示阿福在不惊动警察的情况下可以得到的现金数量。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1 8 2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10 7 6 14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