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2262: 谁考了第k名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2262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电子学会等级考试结构体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1290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电子学会二级 202103真题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在一次考试中，每个学生的成绩都不相同，现知道了每个学生的学号和成绩，求考第 k 名学生的学号和成绩。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第一行有两个整数，分别是学生的人数 n（1≤n≤100），和求第 k 名学生的 k（1≤k≤n）。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其后有 n 行数据，每行包括一个学号（整数）和一个成绩（浮点数），中间用一个空格分隔。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输出第 k 名学生的学号和成绩，中间用空格分隔。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90788001 67.8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90788002 90.3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90788003 61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90788004 68.4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90788005 73.9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90788004 68.4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