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2255: 比赛(match.cpp)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2255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数组基础市赛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2020常州市程序设计小能手(小学组)比赛试题 T2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 X  参加了一场作文比赛的初赛。算上小  X ，他的学校一共有 n 个人参加了这场比赛。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一个礼拜后，小 X  兴奋地打开比赛官网，发现一等奖、二等奖、三等奖的分数线和所有人的得分都已经公布了，但没有提到获得什么奖项才能进入复赛。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小  X  想问问你，如果要获得了 A  等奖才能进入复赛的话，他的学校有多少人能进入复赛呢？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  A  等奖的分数线是  x ，一个人的分数是 y ，那么如果  y  大于等于 x，这个人就获得了 A  等奖。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输入数据共有四行。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第一行一个正整数 n，表示小 X 的学校一共有 n 个人参加了比赛。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个正整数，表示小 X 的学校中所有人的得分。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第三行三个正整数 L3,L2,L1，分别表示三等奖、二等奖、一等奖的分数线。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第四行一个正整数 A，表示要获得了 A 等奖才能进入复赛。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输出一行包含一个整数，表示有多少人进入复赛。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99 101 200 300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100 200 300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第一个人 99 分，没有奖项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第二个人 101 分，获得了三等奖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第三个人 200 分，获得了三等奖、二等奖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第四个人 300 分，获得了三等奖、二等奖、一等奖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一共有 2 个人获得了二等奖，所以有 2 个人进入复赛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本题共有 10 个测试点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对于全部数据：所有人的得分&lt;=1000，L3&lt;=L2&lt;=L1&lt;=1000，A 是{1,2,3}中的一个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1-2 ：n=1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3-6 ：n&lt;=10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对于测试点 7-10：n&lt;=10000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