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2254: 欢迎(welcome.cpp)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2020常州市程序设计小能手(小学组)比赛试题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  欢迎参加 2020 年常州市“程序设计小能手”比赛！小 X 想为你献上一张贺卡，不过...你得自己打印出来。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  贺卡由三行组成。其中第二行为*Welcome,ContestantNo.A!*，其中 A 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选手的编号。第一行和第三行相同，是和第二行字符数量相同的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"*"组成。你可以通过样例来理解。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输入数据只有一行，包含一个正整数 A，表示选手的编号。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5 个测试点：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 ：A=8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2 ：A=88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3 ∼ 5：A ≤ 10^9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提示：你可以通过复制样例输出来避免一些问题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输出三行，表示贺卡。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