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2242: 计算(a+b)/c的值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3 个整数 a、b、c，计算表达式 (a+b)/c 的值，/ 是整除运算。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输入仅一行，包括三个整数 a、b、c , 数与数之间以一个空格分开。( －10,000 &lt; a,b,c &lt; 10,000 ,  c 不等于 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输出一行，即表达式的值。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