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2237: Pell数列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Pell数列 a_1, a_2, a_3, ⋯ ,a_n 的定义是这样的，a_1 = 1, a_2 = 2, ... , a_n = 2 × an − 1+an - 2 (n &gt; 2)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k ，要求Pell数列的第 k 项模上 32767 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行是测试数据的组数 n ，后面跟着 n 行输入。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每组测试数据占 1 行，包括一个正整数 k (1 ≤ k &lt; 1000000 )。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行，每行输出对应一个输入。输出应是一个非负整数。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