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2233: 爬楼梯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电子协会三级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树老师爬楼梯，他可以每次走 1 级或者 2 级，输入楼梯的级数，求不同的走法数。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例如：楼梯一共有 3 级，他可以每次都走一级，或者第一次走一级，第二次走两级 也可以第一次走两级，第二次走一级，一共 3 种方法。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输入包含若干行，每行包含一个正整数 N，代表楼梯级数，1 ≤ N ≤ 30。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不同的走法数，每一行输入对应一行输出。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