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2232: 全排列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给定一个由不同的小写字母组成的字符串，输出这个字符串的所有全排列。 我们假设对于小写字母有'a' &lt; 'b' &lt; ... &lt; 'y' &lt; 'z'，而且给定的字符串中的字母已经按照从小到大的顺序排列。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输入只有一行，是一个由不同的小写字母组成的字符串，已知字符串的长度在1到6之间。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输出这个字符串的所有排列方式，每行一个排列。要求字母序比较小的排列在前面。字母序如下定义： 已知S = s1s2...sk , T = t1t2...tk，则S &lt; T 等价于，存在p (1 &lt;= p &lt;= k)，使得 s1 = t1, s2 = t2, ..., sp - 1 = tp - 1, sp &lt; tp成立。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bca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cba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