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2227: 最大值和最小值的差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输出一个整数序列中最大的数和最小的数的差。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 M，表示整数个数，整数个数不会大于 10000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M 个整数，以空格隔开，每个整数的绝对值不会大于 10000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个数中最大值和最小值的差。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2 5 7 4 2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