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2222: 分糖果（candy）[CSP-J 2021]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csp-j2021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题目背景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红太阳幼儿园的小朋友们开始分糖果啦！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红太阳幼儿园有 n 个小朋友，你是其中之一。保证 n ≥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有一天你在幼儿园的后花园里发现无穷多颗糖果，你打算拿一些糖果回去分给幼儿园的小朋友们。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由于你只是个平平无奇的幼儿园小朋友，所以你的体力有限，至多只能拿 R 块糖回去。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但是拿的太少不够分的，所以你至少要拿 L 块糖回去。保证 n ≤ L ≤ 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也就是说，如果你拿了 k 块糖，那么你需要保证 L ≤ k ≤ 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如果你拿了 k 块糖，你将把这 k 块糖放到篮子里，并要求大家按照如下方案分糖果：只要篮子里有不少于 n 块糖果，幼儿园的所有 n 个小朋友（包括你自己）都从篮子中拿走恰好一块糖，直到篮子里的糖数量少于 n 块。此时篮子里剩余的糖果均归你所有——这些糖果是作为你搬糖果的奖励。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作为幼儿园高质量小朋友，你希望让作为你搬糖果的奖励的糖果数量（而不是你最后获得的总糖果数量！）尽可能多；因此你需要写一个程序，依次输入 n, L, R，并输出你最多能获得多少作为你搬糖果的奖励的糖果数量。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输入一行，包含三个正整数 n, L, R，分别表示小朋友的个数、糖果数量的下界和上界。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输出一行一个整数，表示你最多能获得的作为你搬糖果的奖励的糖果数量。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#3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candy/candy3.in。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#3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candy/candy3.ans。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#1】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拿 k = 20 块糖放入篮子里。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篮子里现在糖果数 20 ≥ n = 7，因此所有小朋友获得一块糖；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篮子里现在糖果数变成 13 ≥ n = 7，因此所有小朋友获得一块糖；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篮子里现在糖果数变成 6 &lt; n = 7，因此这 6 块糖是作为你搬糖果的奖励。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容易发现，你获得的作为你搬糖果的奖励的糖果数量不可能超过 6 块（不然，篮子里的糖果数量最后仍然不少于 n，需要继续每个小朋友拿一块），因此答案是 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#2】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容易发现，当你拿的糖数量 k 满足 14 = L ≤ k ≤ R = 18 时，所有小朋友获得一块糖后，剩下的 k - 10 块糖总是作为你搬糖果的奖励的糖果数量，因此拿 k = 18 块是最优解，答案是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测试点n ≤R ≤R - L ≤12552510103{10}^3{10}^3{10}^34{10}^5{10}^5{10}^55{10}^3{10}^906{10}^3{10}^9{10}^37{10}^5{10}^9{10}^58{10}^9{10}^9{10}^99{10}^9{10}^9{10}^910{10}^9{10}^9{10}^9对于所有数据，保证 2 ≤ n ≤ L ≤ R ≤ {10}^9。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candy.zip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(0.83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