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2219: 数字的选择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个非负整数，请从这 n 个非负整数中，选出 m 个数，在不改变 m 个数的顺序的情况下，构成一个新数列，要求该数列的中相邻两个数的差值绝对值的和尽可能小。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请问，这个最小的差值绝对值的和是多少？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 5 个数是 2 1 8 5 9，如果从中选 3 个数，不改变顺序的情况下，要求相邻 2 个数的差值绝对值的和最小，选数方法可以是：2 1 5，差值绝对值的和是|1-2|+|5-1|=5。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 2 个整数，分别是 n 和 m 。（2≤m≤n≤100）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行，有 n 个非负整数，数字之间用空格隔开。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按题意输出最小的差值绝对值的和。（本题保证计算出来的结果，在int的范围内）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2 1 8 5 9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