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2218: 子矩阵（submatrix）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2014NOIP普及T4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给出如下定义：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1.子矩阵：从一个矩阵当中选取某些行和某些列交叉位置所组成的新矩阵（保持行与列的相对顺序）被称为原矩阵的一个子矩阵。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例如，下面左图中选取第 2、4 行和第 2、4、5 列交叉位置的元素得到一个 2 × 3 的子矩阵如右图所示。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2.相邻的元素：矩阵中的某个元素与其上下左右四个元素（如果存在的话）是相邻的。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3.矩阵的分值：矩阵中每一对相邻元素之差的绝对值之和。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本题任务：给定一个 n 行 m 列的正整数矩阵，请你从这个矩阵中选出一个 r 行 c 列的子矩阵，使得这个子矩阵的分值最小，并输出这个分值。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38804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f09zut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388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第一行包含用空格隔开的四个整数 n,m,r,c，意义如问题描述中所述，每两个整数之间用一个空格隔开。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 m 个用空格隔开的整数，用来表示问题描述中那个 n 行 m 列的矩阵。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一个整数，表示满足题目描述的子矩阵的最小分值。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该矩阵中分值最小的 2 行 3 列的子矩阵由原矩阵的第 4 行、第 5 行与第 1 列、第 3 列、第 4 列交叉位置的元素组成，为：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656756其分值为 |6-5|+|5-6|+|7-5|+|5-6|+|6-7|+|5-5|+|6-6|=6。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该矩阵中分值最小的 3 行 3 列的子矩阵由原矩阵的第 4 行、第 5 行、第 6 行与第 2 列、第 6 列、第 7 列交叉位置的元素组成，选取的分值最小的子矩阵为：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9789885810数据范围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的数据，1≤q n≤q 12，1≤q m≤q 12，矩阵中的每个元素 1≤q a_{i,j}≤q20；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的数据，1≤q n≤q 16，1≤q m≤q 16，矩阵中的每个元素 1≤q a_{i,j}≤q 1000，1≤q r≤q n，1≤q c≤q 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