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2214: 取数游戏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N × M 的由非负整数构成的数字矩阵，你需要在其中取出若干个数字，使得取出的任意两个数字不相邻（若一个数字在另外一个数字相邻 8 个格子中的一个即认为这两个数字相邻），求取出数字和最大是多少。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第一行有两个正整数 N 和 M ，表示了数字矩阵为 N 行 M 列。（ 1≤N,M≤6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输出一个整数，代表符合题目要求的最大的数字和。（样例确保数字和在int范围内）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9 10 7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