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2213: 相同数的合并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usaco区间动归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USACO16OPEN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1 × n 的地图，在里面合并数字，每次可以合并相邻两个相同的数（数值范围 1 ∼ 40），问序列中出现的最大数字的值是多少。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注意合并后的数值并非加倍而是+1，例如 2 与 2 合并后的数值为 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 (2≤N≤248)。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输出一个整数，代表能得到的最大的整数。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在此示例中，首先合并第二个 1 和第三个 1 以获得序列 2 ，然后将 2 合并为 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请注意，合并前两个 1 不是最佳选择。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