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2209: 小丽的回文串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小丽觉得回文串特别有趣，她在思考，如果有一个只包含大小写字母的字符串，那么从这个字符串中选取任意的字符，能构成的最长的回文串是多长呢？请你编程帮她实现。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例如：有一个字符串 abcdabcxxy，能构成的最长的回文串可能是 abcxdxcba 或者可能是 abcxyxcba，也就是说，能够构成的最长回文串的长度是 9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一个只包含大小写字母的字符串，长度不超过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输出一个整数，代表可以构成的最长回文串的长度。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