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2207: 树的中心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给定一棵树，树中有 n 个结点（结点编号为 1 ∼ n ），请求出该树的中心结点的编号。树的中心指的是，该结点离树中的其他结点，最远距离最近。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比如，按照树的中心的定义，下图中的结点 1 和结点 3 ，就是该树的中心。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54087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l2infr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4087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行包括一个整数 n（n≤10^5），代表树中结点的数量。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行，每行有 2 个整数 x 和 y，代表结点 x 到结点 y 之间有一条边。（不确定结点之间的父子关系）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请输出树的中心结点的编号，如果有多个中心结点，请按照从小到大的顺序输出所有中心结点的编号。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