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2198: 合并果子（2）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在一个果园里，多多已经将所有的果子打了下来，而且按果子的不同种类分成了不同的堆。多多决定把所有的果子合成一堆。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每一次合并，多多可以把两堆果子合并到一起，消耗的体力等于两堆果子的重量之和。可以看出，所有的果子经过n-1次合并之后，就只剩下一堆了。多多在合并果子时总共消耗的体力等于每次合并所耗体力之和。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还要花大力气把这些果子搬回家，所以多多在合并果子时要尽可能地节省体力。假定每个果子重量都为1，并且已知果子的种类数和每种果子的数目，你的任务是设计出合并的次序方案，使多多耗费的体力最少，并输出这个最小的体力耗费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例如有3种果子，数目依次为1，2，9。可以先将 1、2堆合并，新堆数目为3，耗费体力为3。接着，将新堆与原先的第三堆合并，又得到新的堆，数目为12，耗费体力为 12。所以多多总共耗费体力=3+12=15。可以证明15为最小的体力耗费值。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输入文件fruit.in包括两行，第一行是一个整数n（1 &lt;= n &lt;= 30000），表示果子的种类数。第二行包含n个整数，用空格分隔，第i个整数ai（1 &lt;= ai &lt;= 20000）是第i种果子的数目。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输出文件fruit.out包括一行，这一行只包含一个整数，也就是最小的体力耗费值。输入数据保证这个值小于231。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3 5 1 7 6 4 2 5 4 1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