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2196: 最优二叉树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2196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树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树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现在有 N 个正整数，每一次去掉其中 2 个数 a 和 b ，然后加入一个数 a × b+1，这样最后只剩下一个数 p 。 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要求求出最大的 p 记为 maxp ，最小的 p 记为 minp ，和他们的差 K=maxp-minp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对于给定的数列，编程计算出它的 max , min 和 K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第一行是数列的长度 n（n &lt; 50），第二行共 n 个正整数（值 &lt; 30）。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输出一共三行，每行一个整数，依次为 max,min,K。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注意：本题的计算结果可能会超过2^{31}-1，但不超过2^{63}-1。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