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2192: 哈夫曼树（2）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哈夫曼树的定义是：一棵具有n个带权叶结点的二叉树，是的所有叶结点的带权路径长度（叶结点×叶结点到根结点的路径长度）之和最小，这样的二叉树被称为最优二叉树，也称哈夫曼树。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比如：有4个结点的权值是5 4 2 9，可以构建出如下三颗不同的二叉树，第2棵二叉树的带权路径长度是最小的。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请读入一个整数n，代表叶结点的数量，再读入n个整数，代表叶结点的权值，请求出对应哈夫曼树的带权路径长度。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63498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p04jdy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6349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第1行有一个整数m（m≤20），表示有m组测试数据。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每组第一行输入一个数n，接着输入n个叶节点的权值（叶节点权值不超过100，2&lt;=n&lt;=1000）。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输出每组数据对应哈夫曼树的带权路径长度，每行一个。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2 8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5 11 30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