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2191: 树的重心（2）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给定一棵树，树中有 n 个结点（编号 1 ∼ n）。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请求出，删除该重心后，剩余子树的最多结点数？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重心定义：重心是指树中的一个结点，如果将这个点删除后，剩余各个连通块中点数的最大值最小，那么这个结点被称为树的重心。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行读入一个整数 n ，代表树的结点的数量（1≤n≤10^5）。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行，每行读入两个整数 x 和 y，表示结点 x 和 y之间有一条边。（注意：不确定 x 和 y 的父子关系）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输出一个整数，代表删除重心后，剩余子树的最多结点。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