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2180: 替换字符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输入一个字符串和一个字符，要求将该字符串中奇数位置的字符全部替换为该特定字符，并输出；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输入一串字符串仅包含小写字母（长度不超过100位），再输入一个字符；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输出替换后的字符串；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adedaf14ss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cdcdcfc4cs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