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2179: 切割字符串(2)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2179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299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从键盘读入一个英文字符串，该字符串中只有字母及英文的分号";"，请将该字符串根据英文的分号切割出若干单词并输出。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输入一个字符串。（长度  ≤ 100）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输出按分号位置切割后的单词，每行一个。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hello;world;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hello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world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