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2177: 找字符的位置和出现的次数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从键盘读入一句英文的字符串，再读入一个字符 c ，请问该字符串中字符 c 在哪些位置出现过，总共出现了多少次？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行输入一句英文（可能有空格）（字符串长度≤100）。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行输入一个字符 c。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测试数据保证字符 c 在字符串中一定会出现。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行输出字符 c 在英文字符串中出现的所有位置，位置之间用空格隔开。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行输出字符 c 在字符串中出现的次数。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hello world!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3 4 10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