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2172: 树的直径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树的直径指的是，树中两点之间的最长路径。现给定一棵树的数据，请问该树的直径的是多少？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比如，如图所示的树，直径应该是 3-2-5-6，路径长度为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7091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g8941gw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09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行有一个整数 n，代表结点的数量，结点的编号为 1 ∼ n。（n≤100）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n-1 行，每行有 2 个整数 x,y，表示结点 x 和 y 之间有一条边。（不保证 x 是 y 的父）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 n 代表树的直径。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