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2170: 树的高度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一棵树有 n 个结点，结点编号为 1~n，其中 1 号结点为根结点，根结点的深度为 1 ，请问树的高度是多少。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第一行是整数 n，表示结点数。（1≤n≤100）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后面若干行，每行两个整数a b，表示 b 是 a 的子结点。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本题测试数据保证所有结点能构建为一棵树。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求这棵树的高度。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